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35638" w14:textId="392F03E9" w:rsidR="00D24D6D" w:rsidRDefault="00EE6200">
      <w:r>
        <w:rPr>
          <w:b/>
          <w:sz w:val="32"/>
        </w:rPr>
        <w:t>Easy Read – Privacy Notice</w:t>
      </w:r>
    </w:p>
    <w:p w14:paraId="5D6B8F13" w14:textId="0454253C" w:rsidR="00167DF5" w:rsidRDefault="00EE6200" w:rsidP="00C10E4A">
      <w:pPr>
        <w:rPr>
          <w:sz w:val="24"/>
        </w:rPr>
      </w:pPr>
      <w:r>
        <w:rPr>
          <w:b/>
          <w:sz w:val="28"/>
        </w:rPr>
        <w:t xml:space="preserve">Who </w:t>
      </w:r>
      <w:proofErr w:type="gramStart"/>
      <w:r>
        <w:rPr>
          <w:b/>
          <w:sz w:val="28"/>
        </w:rPr>
        <w:t>we are</w:t>
      </w:r>
      <w:proofErr w:type="gramEnd"/>
    </w:p>
    <w:p w14:paraId="5E047FA5" w14:textId="3012B85F" w:rsidR="00D24D6D" w:rsidRDefault="00EE6200" w:rsidP="00167DF5">
      <w:pPr>
        <w:spacing w:after="120"/>
        <w:rPr>
          <w:sz w:val="24"/>
        </w:rPr>
      </w:pPr>
      <w:r>
        <w:rPr>
          <w:sz w:val="24"/>
        </w:rPr>
        <w:t>We are the Devon Domestic Abuse Alliance (DDAA).</w:t>
      </w:r>
      <w:r w:rsidR="00167DF5">
        <w:rPr>
          <w:sz w:val="24"/>
        </w:rPr>
        <w:t xml:space="preserve"> </w:t>
      </w:r>
    </w:p>
    <w:p w14:paraId="39C980C6" w14:textId="5937D792" w:rsidR="00C10E4A" w:rsidRDefault="00C10E4A">
      <w:pPr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B9387C" wp14:editId="4105AF24">
            <wp:simplePos x="0" y="0"/>
            <wp:positionH relativeFrom="column">
              <wp:posOffset>635</wp:posOffset>
            </wp:positionH>
            <wp:positionV relativeFrom="paragraph">
              <wp:posOffset>50165</wp:posOffset>
            </wp:positionV>
            <wp:extent cx="1276985" cy="1529715"/>
            <wp:effectExtent l="0" t="0" r="0" b="0"/>
            <wp:wrapSquare wrapText="bothSides"/>
            <wp:docPr id="6723479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47943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49639" t="28777" r="21292" b="18994"/>
                    <a:stretch/>
                  </pic:blipFill>
                  <pic:spPr bwMode="auto">
                    <a:xfrm>
                      <a:off x="0" y="0"/>
                      <a:ext cx="1276985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EE7A7" w14:textId="4FF58A52" w:rsidR="00167DF5" w:rsidRDefault="00167DF5">
      <w:pPr>
        <w:spacing w:after="120"/>
        <w:rPr>
          <w:sz w:val="24"/>
        </w:rPr>
      </w:pPr>
    </w:p>
    <w:p w14:paraId="6DA1C4F0" w14:textId="0577D096" w:rsidR="00D24D6D" w:rsidRDefault="00EE6200">
      <w:pPr>
        <w:spacing w:after="120"/>
      </w:pPr>
      <w:r>
        <w:rPr>
          <w:sz w:val="24"/>
        </w:rPr>
        <w:t>We are a group of organisations that help people who are affected by domestic abuse in Devon.</w:t>
      </w:r>
      <w:r w:rsidR="00167DF5" w:rsidRPr="00167DF5">
        <w:rPr>
          <w:noProof/>
        </w:rPr>
        <w:t xml:space="preserve"> </w:t>
      </w:r>
    </w:p>
    <w:p w14:paraId="52FABA06" w14:textId="3F4380B6" w:rsidR="00167DF5" w:rsidRDefault="00167DF5">
      <w:pPr>
        <w:spacing w:after="120"/>
        <w:rPr>
          <w:noProof/>
        </w:rPr>
      </w:pPr>
    </w:p>
    <w:p w14:paraId="720D2FE2" w14:textId="0A423B4D" w:rsidR="00D24D6D" w:rsidRDefault="00DD7FB0">
      <w:pPr>
        <w:spacing w:after="1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BC6879" wp14:editId="1D921F7E">
            <wp:simplePos x="0" y="0"/>
            <wp:positionH relativeFrom="column">
              <wp:posOffset>2193925</wp:posOffset>
            </wp:positionH>
            <wp:positionV relativeFrom="paragraph">
              <wp:posOffset>103505</wp:posOffset>
            </wp:positionV>
            <wp:extent cx="1419225" cy="1202690"/>
            <wp:effectExtent l="0" t="0" r="9525" b="0"/>
            <wp:wrapTight wrapText="bothSides">
              <wp:wrapPolygon edited="0">
                <wp:start x="0" y="0"/>
                <wp:lineTo x="0" y="21212"/>
                <wp:lineTo x="21455" y="21212"/>
                <wp:lineTo x="21455" y="0"/>
                <wp:lineTo x="0" y="0"/>
              </wp:wrapPolygon>
            </wp:wrapTight>
            <wp:docPr id="322577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77637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54935" t="50000" r="25509" b="25136"/>
                    <a:stretch/>
                  </pic:blipFill>
                  <pic:spPr bwMode="auto">
                    <a:xfrm>
                      <a:off x="0" y="0"/>
                      <a:ext cx="1419225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32F00" w14:textId="1983EC58" w:rsidR="00C10E4A" w:rsidRDefault="00C10E4A">
      <w:pPr>
        <w:spacing w:after="120"/>
      </w:pPr>
    </w:p>
    <w:p w14:paraId="7EF2E550" w14:textId="1B684596" w:rsidR="00D24D6D" w:rsidRDefault="00EE6200">
      <w:pPr>
        <w:spacing w:after="120"/>
      </w:pPr>
      <w:r>
        <w:rPr>
          <w:sz w:val="24"/>
        </w:rPr>
        <w:t>You can contact us:</w:t>
      </w:r>
    </w:p>
    <w:p w14:paraId="475423C6" w14:textId="03BEB38B" w:rsidR="00D24D6D" w:rsidRDefault="00EE6200">
      <w:pPr>
        <w:spacing w:after="120"/>
      </w:pPr>
      <w:r>
        <w:rPr>
          <w:sz w:val="24"/>
        </w:rPr>
        <w:t>Email: hello@ddaa.org.uk</w:t>
      </w:r>
    </w:p>
    <w:p w14:paraId="2AFB2640" w14:textId="63278E10" w:rsidR="00167DF5" w:rsidRDefault="00EE6200">
      <w:pPr>
        <w:spacing w:after="120"/>
        <w:rPr>
          <w:noProof/>
        </w:rPr>
      </w:pPr>
      <w:r>
        <w:rPr>
          <w:sz w:val="24"/>
        </w:rPr>
        <w:t>Phone: 0808 2816161</w:t>
      </w:r>
      <w:r w:rsidR="00167DF5">
        <w:rPr>
          <w:sz w:val="24"/>
        </w:rPr>
        <w:t xml:space="preserve"> </w:t>
      </w:r>
    </w:p>
    <w:p w14:paraId="01ED4A8F" w14:textId="7AD12752" w:rsidR="00D24D6D" w:rsidRDefault="00D24D6D">
      <w:pPr>
        <w:spacing w:after="120"/>
      </w:pPr>
    </w:p>
    <w:p w14:paraId="718DD06E" w14:textId="30B5FF13" w:rsidR="00D24D6D" w:rsidRDefault="00EE6200">
      <w:r>
        <w:rPr>
          <w:b/>
          <w:sz w:val="28"/>
        </w:rPr>
        <w:t>What this notice is about</w:t>
      </w:r>
    </w:p>
    <w:p w14:paraId="68820FC0" w14:textId="398628EC" w:rsidR="00D24D6D" w:rsidRDefault="00C10E4A">
      <w:pPr>
        <w:spacing w:after="1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78788D" wp14:editId="0DEBFBDE">
            <wp:simplePos x="0" y="0"/>
            <wp:positionH relativeFrom="column">
              <wp:posOffset>3837305</wp:posOffset>
            </wp:positionH>
            <wp:positionV relativeFrom="paragraph">
              <wp:posOffset>180975</wp:posOffset>
            </wp:positionV>
            <wp:extent cx="1112520" cy="1144270"/>
            <wp:effectExtent l="0" t="0" r="0" b="0"/>
            <wp:wrapSquare wrapText="bothSides"/>
            <wp:docPr id="7769530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53074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53643" t="37709" r="26070" b="30993"/>
                    <a:stretch/>
                  </pic:blipFill>
                  <pic:spPr bwMode="auto">
                    <a:xfrm>
                      <a:off x="0" y="0"/>
                      <a:ext cx="1112520" cy="114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00">
        <w:rPr>
          <w:sz w:val="24"/>
        </w:rPr>
        <w:t>This notice explains:</w:t>
      </w:r>
    </w:p>
    <w:p w14:paraId="60A316C9" w14:textId="31167F18" w:rsidR="00D24D6D" w:rsidRDefault="00EE6200">
      <w:pPr>
        <w:spacing w:after="120"/>
      </w:pPr>
      <w:r>
        <w:rPr>
          <w:sz w:val="24"/>
        </w:rPr>
        <w:t>- What information we collect about you</w:t>
      </w:r>
    </w:p>
    <w:p w14:paraId="6BADF548" w14:textId="44388096" w:rsidR="00D24D6D" w:rsidRDefault="00EE6200">
      <w:pPr>
        <w:spacing w:after="120"/>
      </w:pPr>
      <w:r>
        <w:rPr>
          <w:sz w:val="24"/>
        </w:rPr>
        <w:t>- Why we collect it</w:t>
      </w:r>
    </w:p>
    <w:p w14:paraId="740E4B95" w14:textId="001CA242" w:rsidR="00C10E4A" w:rsidRDefault="00EE6200">
      <w:pPr>
        <w:spacing w:after="120"/>
        <w:rPr>
          <w:noProof/>
        </w:rPr>
      </w:pPr>
      <w:r>
        <w:rPr>
          <w:sz w:val="24"/>
        </w:rPr>
        <w:t>- How we keep it safe</w:t>
      </w:r>
    </w:p>
    <w:p w14:paraId="3F091BFB" w14:textId="77777777" w:rsidR="00D24D6D" w:rsidRDefault="00EE6200">
      <w:pPr>
        <w:spacing w:after="120"/>
      </w:pPr>
      <w:r>
        <w:rPr>
          <w:sz w:val="24"/>
        </w:rPr>
        <w:t>- Who we share it with</w:t>
      </w:r>
    </w:p>
    <w:p w14:paraId="5B833982" w14:textId="77777777" w:rsidR="00D24D6D" w:rsidRDefault="00EE6200">
      <w:pPr>
        <w:spacing w:after="120"/>
      </w:pPr>
      <w:r>
        <w:rPr>
          <w:sz w:val="24"/>
        </w:rPr>
        <w:t>- Your rights about your information</w:t>
      </w:r>
    </w:p>
    <w:p w14:paraId="54421B73" w14:textId="63919179" w:rsidR="00D24D6D" w:rsidRDefault="00D24D6D"/>
    <w:p w14:paraId="4C989A35" w14:textId="731C254A" w:rsidR="00C10E4A" w:rsidRDefault="00EE6200">
      <w:pPr>
        <w:rPr>
          <w:noProof/>
        </w:rPr>
      </w:pPr>
      <w:r>
        <w:rPr>
          <w:b/>
          <w:sz w:val="28"/>
        </w:rPr>
        <w:t>Why we collect your information</w:t>
      </w:r>
    </w:p>
    <w:p w14:paraId="069BF7DC" w14:textId="1F716254" w:rsidR="00D24D6D" w:rsidRDefault="00EE6200">
      <w:pPr>
        <w:spacing w:after="120"/>
      </w:pPr>
      <w:r>
        <w:rPr>
          <w:sz w:val="24"/>
        </w:rPr>
        <w:t>We collect information so we can:</w:t>
      </w:r>
    </w:p>
    <w:p w14:paraId="288064FA" w14:textId="4CDA27D0" w:rsidR="00D24D6D" w:rsidRDefault="00EE6200">
      <w:pPr>
        <w:spacing w:after="120"/>
      </w:pPr>
      <w:r>
        <w:rPr>
          <w:sz w:val="24"/>
        </w:rPr>
        <w:t>- Help you and give you the right support</w:t>
      </w:r>
    </w:p>
    <w:p w14:paraId="60AE8B2F" w14:textId="7FCA3B26" w:rsidR="00D24D6D" w:rsidRDefault="00C10E4A">
      <w:pPr>
        <w:spacing w:after="12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0155B59" wp14:editId="63A42264">
            <wp:simplePos x="0" y="0"/>
            <wp:positionH relativeFrom="column">
              <wp:posOffset>3789865</wp:posOffset>
            </wp:positionH>
            <wp:positionV relativeFrom="paragraph">
              <wp:posOffset>5080</wp:posOffset>
            </wp:positionV>
            <wp:extent cx="1169670" cy="1067435"/>
            <wp:effectExtent l="0" t="0" r="0" b="0"/>
            <wp:wrapTight wrapText="bothSides">
              <wp:wrapPolygon edited="0">
                <wp:start x="0" y="0"/>
                <wp:lineTo x="0" y="21202"/>
                <wp:lineTo x="21107" y="21202"/>
                <wp:lineTo x="21107" y="0"/>
                <wp:lineTo x="0" y="0"/>
              </wp:wrapPolygon>
            </wp:wrapTight>
            <wp:docPr id="7460800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80099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54004" t="32542" r="24671" b="38264"/>
                    <a:stretch/>
                  </pic:blipFill>
                  <pic:spPr bwMode="auto">
                    <a:xfrm>
                      <a:off x="0" y="0"/>
                      <a:ext cx="1169670" cy="10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6200">
        <w:rPr>
          <w:sz w:val="24"/>
        </w:rPr>
        <w:t>- Contact you if needed</w:t>
      </w:r>
    </w:p>
    <w:p w14:paraId="231E650A" w14:textId="34CB8C18" w:rsidR="00D24D6D" w:rsidRDefault="00EE6200">
      <w:pPr>
        <w:spacing w:after="120"/>
      </w:pPr>
      <w:r>
        <w:rPr>
          <w:sz w:val="24"/>
        </w:rPr>
        <w:t>- Make sure everyone can use our services</w:t>
      </w:r>
    </w:p>
    <w:p w14:paraId="6016F7BD" w14:textId="77777777" w:rsidR="00D24D6D" w:rsidRDefault="00EE6200">
      <w:pPr>
        <w:spacing w:after="120"/>
      </w:pPr>
      <w:r>
        <w:rPr>
          <w:sz w:val="24"/>
        </w:rPr>
        <w:t>- Keep people safe, especially adults and children at risk</w:t>
      </w:r>
    </w:p>
    <w:p w14:paraId="6C2AF5F5" w14:textId="77777777" w:rsidR="00D24D6D" w:rsidRDefault="00EE6200">
      <w:pPr>
        <w:spacing w:after="120"/>
      </w:pPr>
      <w:r>
        <w:rPr>
          <w:sz w:val="24"/>
        </w:rPr>
        <w:t>- Make our website better and easier to use</w:t>
      </w:r>
    </w:p>
    <w:p w14:paraId="472AB236" w14:textId="77777777" w:rsidR="00D24D6D" w:rsidRDefault="00EE6200">
      <w:pPr>
        <w:spacing w:after="120"/>
      </w:pPr>
      <w:r>
        <w:rPr>
          <w:sz w:val="24"/>
        </w:rPr>
        <w:t>- Listen to your feedback</w:t>
      </w:r>
    </w:p>
    <w:p w14:paraId="4C03A559" w14:textId="77777777" w:rsidR="00D24D6D" w:rsidRDefault="00D24D6D">
      <w:pPr>
        <w:spacing w:after="120"/>
      </w:pPr>
    </w:p>
    <w:p w14:paraId="42EB181B" w14:textId="77777777" w:rsidR="00D24D6D" w:rsidRDefault="00EE6200">
      <w:pPr>
        <w:spacing w:after="120"/>
      </w:pPr>
      <w:r>
        <w:rPr>
          <w:sz w:val="24"/>
        </w:rPr>
        <w:t>We will always ask for your permission to collect and use your information when possible.</w:t>
      </w:r>
    </w:p>
    <w:p w14:paraId="5008964E" w14:textId="77777777" w:rsidR="00D24D6D" w:rsidRDefault="00D24D6D"/>
    <w:p w14:paraId="26A0B516" w14:textId="6F273B60" w:rsidR="002C23C8" w:rsidRDefault="00EE6200">
      <w:pPr>
        <w:rPr>
          <w:noProof/>
        </w:rPr>
      </w:pPr>
      <w:r>
        <w:rPr>
          <w:b/>
          <w:sz w:val="28"/>
        </w:rPr>
        <w:t xml:space="preserve">What information </w:t>
      </w:r>
      <w:proofErr w:type="gramStart"/>
      <w:r>
        <w:rPr>
          <w:b/>
          <w:sz w:val="28"/>
        </w:rPr>
        <w:t>we</w:t>
      </w:r>
      <w:proofErr w:type="gramEnd"/>
      <w:r>
        <w:rPr>
          <w:b/>
          <w:sz w:val="28"/>
        </w:rPr>
        <w:t xml:space="preserve"> collect</w:t>
      </w:r>
      <w:r w:rsidR="002C23C8">
        <w:rPr>
          <w:b/>
          <w:sz w:val="28"/>
        </w:rPr>
        <w:t xml:space="preserve"> </w:t>
      </w:r>
    </w:p>
    <w:p w14:paraId="2EE158ED" w14:textId="4981259E" w:rsidR="00D24D6D" w:rsidRDefault="002C23C8">
      <w:pPr>
        <w:spacing w:after="1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A39A6C" wp14:editId="046A7D54">
            <wp:simplePos x="0" y="0"/>
            <wp:positionH relativeFrom="column">
              <wp:posOffset>3980180</wp:posOffset>
            </wp:positionH>
            <wp:positionV relativeFrom="paragraph">
              <wp:posOffset>265430</wp:posOffset>
            </wp:positionV>
            <wp:extent cx="1123315" cy="1215390"/>
            <wp:effectExtent l="0" t="0" r="635" b="3810"/>
            <wp:wrapThrough wrapText="bothSides">
              <wp:wrapPolygon edited="0">
                <wp:start x="0" y="0"/>
                <wp:lineTo x="0" y="21329"/>
                <wp:lineTo x="21246" y="21329"/>
                <wp:lineTo x="21246" y="0"/>
                <wp:lineTo x="0" y="0"/>
              </wp:wrapPolygon>
            </wp:wrapThrough>
            <wp:docPr id="1890603642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03642" name="Picture 1" descr="A computer screen shot of a computer screen&#10;&#10;AI-generated content may be incorrect."/>
                    <pic:cNvPicPr/>
                  </pic:nvPicPr>
                  <pic:blipFill rotWithShape="1">
                    <a:blip r:embed="rId12"/>
                    <a:srcRect l="53917" t="29051" r="25605" b="37703"/>
                    <a:stretch/>
                  </pic:blipFill>
                  <pic:spPr bwMode="auto">
                    <a:xfrm>
                      <a:off x="0" y="0"/>
                      <a:ext cx="1123315" cy="121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00">
        <w:rPr>
          <w:sz w:val="24"/>
        </w:rPr>
        <w:t>We may collect:</w:t>
      </w:r>
    </w:p>
    <w:p w14:paraId="161D4C0D" w14:textId="2D0878F7" w:rsidR="00D24D6D" w:rsidRDefault="00EE6200">
      <w:pPr>
        <w:spacing w:after="120"/>
      </w:pPr>
      <w:r>
        <w:rPr>
          <w:sz w:val="24"/>
        </w:rPr>
        <w:t xml:space="preserve">- </w:t>
      </w:r>
      <w:r w:rsidR="0079492E" w:rsidRPr="0079492E">
        <w:rPr>
          <w:sz w:val="24"/>
          <w:szCs w:val="24"/>
        </w:rPr>
        <w:t>Information</w:t>
      </w:r>
      <w:r w:rsidR="0079492E">
        <w:rPr>
          <w:sz w:val="24"/>
          <w:szCs w:val="24"/>
        </w:rPr>
        <w:t xml:space="preserve"> about you like your</w:t>
      </w:r>
      <w:r w:rsidR="0079492E" w:rsidRPr="0079492E">
        <w:rPr>
          <w:sz w:val="24"/>
          <w:szCs w:val="24"/>
        </w:rPr>
        <w:t xml:space="preserve"> </w:t>
      </w:r>
      <w:r w:rsidR="0079492E">
        <w:rPr>
          <w:sz w:val="24"/>
          <w:szCs w:val="24"/>
        </w:rPr>
        <w:t xml:space="preserve">(and your children’s) </w:t>
      </w:r>
      <w:r w:rsidR="0079492E" w:rsidRPr="0079492E">
        <w:rPr>
          <w:sz w:val="24"/>
          <w:szCs w:val="24"/>
        </w:rPr>
        <w:t>name, contact details,</w:t>
      </w:r>
      <w:r w:rsidR="0079492E">
        <w:rPr>
          <w:sz w:val="24"/>
          <w:szCs w:val="24"/>
        </w:rPr>
        <w:t xml:space="preserve"> address, age</w:t>
      </w:r>
      <w:r w:rsidR="0079492E" w:rsidRPr="0079492E">
        <w:rPr>
          <w:sz w:val="24"/>
          <w:szCs w:val="24"/>
        </w:rPr>
        <w:t xml:space="preserve"> and information about your support needs</w:t>
      </w:r>
    </w:p>
    <w:p w14:paraId="07A7E73D" w14:textId="77777777" w:rsidR="0079492E" w:rsidRDefault="0079492E" w:rsidP="0079492E">
      <w:pPr>
        <w:spacing w:after="120"/>
      </w:pPr>
      <w:r>
        <w:rPr>
          <w:sz w:val="24"/>
        </w:rPr>
        <w:t>- Sensitive information (for example, information about your health or safety)</w:t>
      </w:r>
    </w:p>
    <w:p w14:paraId="7CFB3AED" w14:textId="77777777" w:rsidR="00D24D6D" w:rsidRDefault="00EE6200">
      <w:pPr>
        <w:spacing w:after="120"/>
      </w:pPr>
      <w:r>
        <w:rPr>
          <w:sz w:val="24"/>
        </w:rPr>
        <w:t>- Information about how you use our website (like your IP address and cookies)</w:t>
      </w:r>
    </w:p>
    <w:p w14:paraId="46EEDACC" w14:textId="77777777" w:rsidR="00D24D6D" w:rsidRDefault="00EE6200">
      <w:pPr>
        <w:spacing w:after="120"/>
      </w:pPr>
      <w:r>
        <w:rPr>
          <w:sz w:val="24"/>
        </w:rPr>
        <w:t>Sometimes, we get your information from other services, but only if you say it is okay.</w:t>
      </w:r>
    </w:p>
    <w:p w14:paraId="544CAE6F" w14:textId="77777777" w:rsidR="00D24D6D" w:rsidRDefault="00D24D6D"/>
    <w:p w14:paraId="1CCCA880" w14:textId="77777777" w:rsidR="00D24D6D" w:rsidRDefault="00EE6200">
      <w:r>
        <w:rPr>
          <w:b/>
          <w:sz w:val="28"/>
        </w:rPr>
        <w:t>How we use your information</w:t>
      </w:r>
    </w:p>
    <w:p w14:paraId="7268F79C" w14:textId="77777777" w:rsidR="00D24D6D" w:rsidRDefault="00EE6200">
      <w:pPr>
        <w:spacing w:after="120"/>
      </w:pPr>
      <w:r>
        <w:rPr>
          <w:sz w:val="24"/>
        </w:rPr>
        <w:t>We use your information to:</w:t>
      </w:r>
    </w:p>
    <w:p w14:paraId="3FF015F5" w14:textId="77777777" w:rsidR="00D24D6D" w:rsidRDefault="00EE6200">
      <w:pPr>
        <w:spacing w:after="120"/>
      </w:pPr>
      <w:r>
        <w:rPr>
          <w:sz w:val="24"/>
        </w:rPr>
        <w:t>- Support you</w:t>
      </w:r>
    </w:p>
    <w:p w14:paraId="78871C43" w14:textId="77777777" w:rsidR="00D24D6D" w:rsidRDefault="00EE6200">
      <w:pPr>
        <w:spacing w:after="120"/>
      </w:pPr>
      <w:r>
        <w:rPr>
          <w:sz w:val="24"/>
        </w:rPr>
        <w:t>- Keep you safe</w:t>
      </w:r>
    </w:p>
    <w:p w14:paraId="72542262" w14:textId="77777777" w:rsidR="00D24D6D" w:rsidRDefault="00EE6200">
      <w:pPr>
        <w:spacing w:after="120"/>
      </w:pPr>
      <w:r>
        <w:rPr>
          <w:sz w:val="24"/>
        </w:rPr>
        <w:t>- Improve our services</w:t>
      </w:r>
    </w:p>
    <w:p w14:paraId="20B8071C" w14:textId="77777777" w:rsidR="00D24D6D" w:rsidRDefault="00D24D6D">
      <w:pPr>
        <w:spacing w:after="120"/>
      </w:pPr>
    </w:p>
    <w:p w14:paraId="4EF57A3D" w14:textId="77777777" w:rsidR="00D24D6D" w:rsidRDefault="00EE6200">
      <w:pPr>
        <w:spacing w:after="120"/>
      </w:pPr>
      <w:r>
        <w:rPr>
          <w:sz w:val="24"/>
        </w:rPr>
        <w:t>We will never:</w:t>
      </w:r>
    </w:p>
    <w:p w14:paraId="3A5F516C" w14:textId="77777777" w:rsidR="00D24D6D" w:rsidRDefault="00EE6200">
      <w:pPr>
        <w:spacing w:after="120"/>
      </w:pPr>
      <w:r>
        <w:rPr>
          <w:sz w:val="24"/>
        </w:rPr>
        <w:lastRenderedPageBreak/>
        <w:t>- Sell your information</w:t>
      </w:r>
    </w:p>
    <w:p w14:paraId="75C37F36" w14:textId="77777777" w:rsidR="00D24D6D" w:rsidRDefault="00EE6200">
      <w:pPr>
        <w:spacing w:after="120"/>
      </w:pPr>
      <w:r>
        <w:rPr>
          <w:sz w:val="24"/>
        </w:rPr>
        <w:t>- Use it for marketing</w:t>
      </w:r>
    </w:p>
    <w:p w14:paraId="67F438CB" w14:textId="77777777" w:rsidR="00D24D6D" w:rsidRDefault="00EE6200">
      <w:pPr>
        <w:spacing w:after="120"/>
      </w:pPr>
      <w:r>
        <w:rPr>
          <w:sz w:val="24"/>
        </w:rPr>
        <w:t>- Use it to make automatic decisions about you</w:t>
      </w:r>
    </w:p>
    <w:p w14:paraId="1F33BF74" w14:textId="77777777" w:rsidR="00D24D6D" w:rsidRDefault="00D24D6D"/>
    <w:p w14:paraId="1F449AB6" w14:textId="27E5B058" w:rsidR="00D24D6D" w:rsidRDefault="00DD7FB0">
      <w:pPr>
        <w:rPr>
          <w:b/>
          <w:sz w:val="28"/>
        </w:rPr>
      </w:pPr>
      <w:r w:rsidRPr="00DD7FB0">
        <w:rPr>
          <w:noProof/>
        </w:rPr>
        <w:drawing>
          <wp:anchor distT="0" distB="0" distL="114300" distR="114300" simplePos="0" relativeHeight="251667456" behindDoc="0" locked="0" layoutInCell="1" allowOverlap="1" wp14:anchorId="06D619BF" wp14:editId="0E3A0FB9">
            <wp:simplePos x="0" y="0"/>
            <wp:positionH relativeFrom="column">
              <wp:posOffset>4160151</wp:posOffset>
            </wp:positionH>
            <wp:positionV relativeFrom="paragraph">
              <wp:posOffset>282948</wp:posOffset>
            </wp:positionV>
            <wp:extent cx="1256030" cy="1220470"/>
            <wp:effectExtent l="0" t="0" r="1270" b="0"/>
            <wp:wrapNone/>
            <wp:docPr id="7962485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48566" name="Picture 1" descr="A screenshot of a computer&#10;&#10;AI-generated content may be incorrect."/>
                    <pic:cNvPicPr/>
                  </pic:nvPicPr>
                  <pic:blipFill rotWithShape="1">
                    <a:blip r:embed="rId13">
                      <a:alphaModFix amt="41000"/>
                    </a:blip>
                    <a:srcRect l="53074" t="53771" r="24014" b="12839"/>
                    <a:stretch/>
                  </pic:blipFill>
                  <pic:spPr bwMode="auto">
                    <a:xfrm>
                      <a:off x="0" y="0"/>
                      <a:ext cx="1256030" cy="12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6200">
        <w:rPr>
          <w:b/>
          <w:sz w:val="28"/>
        </w:rPr>
        <w:t>Who we share your information with</w:t>
      </w:r>
    </w:p>
    <w:p w14:paraId="25EFFC3B" w14:textId="1C69F4EC" w:rsidR="00D24D6D" w:rsidRDefault="00DD7FB0" w:rsidP="00DD7FB0">
      <w:r>
        <w:rPr>
          <w:noProof/>
        </w:rPr>
        <w:drawing>
          <wp:anchor distT="0" distB="0" distL="114300" distR="114300" simplePos="0" relativeHeight="251666432" behindDoc="0" locked="0" layoutInCell="1" allowOverlap="1" wp14:anchorId="2E59A5A6" wp14:editId="25A7A269">
            <wp:simplePos x="0" y="0"/>
            <wp:positionH relativeFrom="column">
              <wp:posOffset>4373770</wp:posOffset>
            </wp:positionH>
            <wp:positionV relativeFrom="paragraph">
              <wp:posOffset>106946</wp:posOffset>
            </wp:positionV>
            <wp:extent cx="839470" cy="740410"/>
            <wp:effectExtent l="0" t="0" r="0" b="2540"/>
            <wp:wrapThrough wrapText="bothSides">
              <wp:wrapPolygon edited="0">
                <wp:start x="0" y="0"/>
                <wp:lineTo x="0" y="21118"/>
                <wp:lineTo x="21077" y="21118"/>
                <wp:lineTo x="21077" y="0"/>
                <wp:lineTo x="0" y="0"/>
              </wp:wrapPolygon>
            </wp:wrapThrough>
            <wp:docPr id="2738810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81043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l="54753" t="28913" r="26350" b="46089"/>
                    <a:stretch/>
                  </pic:blipFill>
                  <pic:spPr bwMode="auto">
                    <a:xfrm>
                      <a:off x="0" y="0"/>
                      <a:ext cx="839470" cy="74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00">
        <w:rPr>
          <w:sz w:val="24"/>
        </w:rPr>
        <w:t>We may share your information with:</w:t>
      </w:r>
    </w:p>
    <w:p w14:paraId="02AC1B2F" w14:textId="77777777" w:rsidR="00D24D6D" w:rsidRDefault="00EE6200">
      <w:pPr>
        <w:spacing w:after="120"/>
      </w:pPr>
      <w:r>
        <w:rPr>
          <w:sz w:val="24"/>
        </w:rPr>
        <w:t>- Our trusted partner organisations (listed on our website)</w:t>
      </w:r>
    </w:p>
    <w:p w14:paraId="1F9B92F2" w14:textId="77777777" w:rsidR="00D24D6D" w:rsidRDefault="00EE6200">
      <w:pPr>
        <w:spacing w:after="120"/>
      </w:pPr>
      <w:r>
        <w:rPr>
          <w:sz w:val="24"/>
        </w:rPr>
        <w:t>- Other services that help you (like health services, housing, schools, police)</w:t>
      </w:r>
    </w:p>
    <w:p w14:paraId="2E612296" w14:textId="77777777" w:rsidR="00D24D6D" w:rsidRDefault="00EE6200">
      <w:pPr>
        <w:spacing w:after="120"/>
      </w:pPr>
      <w:r>
        <w:rPr>
          <w:sz w:val="24"/>
        </w:rPr>
        <w:t>- Our secure data system provider</w:t>
      </w:r>
    </w:p>
    <w:p w14:paraId="5F78A8B6" w14:textId="77777777" w:rsidR="00D24D6D" w:rsidRDefault="00EE6200">
      <w:pPr>
        <w:spacing w:after="120"/>
      </w:pPr>
      <w:r>
        <w:rPr>
          <w:sz w:val="24"/>
        </w:rPr>
        <w:t>- If the law says we must, for example, if someone is in danger</w:t>
      </w:r>
    </w:p>
    <w:p w14:paraId="501428D0" w14:textId="4F5DA15C" w:rsidR="00D24D6D" w:rsidRDefault="00EE6200">
      <w:pPr>
        <w:spacing w:after="120"/>
      </w:pPr>
      <w:r>
        <w:rPr>
          <w:sz w:val="24"/>
        </w:rPr>
        <w:t xml:space="preserve">We will only share your information </w:t>
      </w:r>
      <w:r w:rsidR="0079492E">
        <w:rPr>
          <w:sz w:val="24"/>
        </w:rPr>
        <w:t xml:space="preserve">proportionately and </w:t>
      </w:r>
      <w:r>
        <w:rPr>
          <w:sz w:val="24"/>
        </w:rPr>
        <w:t>when it is necessary and with your knowledge (unless it is urgent for safety reasons).</w:t>
      </w:r>
    </w:p>
    <w:p w14:paraId="306E8C0E" w14:textId="77777777" w:rsidR="00D24D6D" w:rsidRDefault="00D24D6D"/>
    <w:p w14:paraId="1BFFBC6C" w14:textId="77777777" w:rsidR="00D24D6D" w:rsidRDefault="00EE6200">
      <w:r>
        <w:rPr>
          <w:b/>
          <w:sz w:val="28"/>
        </w:rPr>
        <w:t>How we keep your information safe</w:t>
      </w:r>
    </w:p>
    <w:p w14:paraId="3CEC2BB7" w14:textId="77777777" w:rsidR="00D24D6D" w:rsidRDefault="00EE6200">
      <w:pPr>
        <w:spacing w:after="120"/>
      </w:pPr>
      <w:r>
        <w:rPr>
          <w:sz w:val="24"/>
        </w:rPr>
        <w:t>We store your information securely in a system called Halo.</w:t>
      </w:r>
    </w:p>
    <w:p w14:paraId="4B55D2F6" w14:textId="77777777" w:rsidR="00D24D6D" w:rsidRDefault="00EE6200">
      <w:pPr>
        <w:spacing w:after="120"/>
      </w:pPr>
      <w:r>
        <w:rPr>
          <w:sz w:val="24"/>
        </w:rPr>
        <w:t>Only staff who need to see your information can access it.</w:t>
      </w:r>
    </w:p>
    <w:p w14:paraId="368B0C26" w14:textId="77777777" w:rsidR="00D24D6D" w:rsidRDefault="00D24D6D"/>
    <w:p w14:paraId="0F5DCD0C" w14:textId="77777777" w:rsidR="00D24D6D" w:rsidRDefault="00EE6200">
      <w:r>
        <w:rPr>
          <w:b/>
          <w:sz w:val="28"/>
        </w:rPr>
        <w:t>How long we keep your information</w:t>
      </w:r>
    </w:p>
    <w:p w14:paraId="1C900487" w14:textId="77777777" w:rsidR="00D24D6D" w:rsidRDefault="00EE6200">
      <w:pPr>
        <w:spacing w:after="120"/>
      </w:pPr>
      <w:r>
        <w:rPr>
          <w:sz w:val="24"/>
        </w:rPr>
        <w:t>We will keep your information:</w:t>
      </w:r>
    </w:p>
    <w:p w14:paraId="5C0A673D" w14:textId="77777777" w:rsidR="00D24D6D" w:rsidRDefault="00EE6200">
      <w:pPr>
        <w:spacing w:after="120"/>
      </w:pPr>
      <w:r>
        <w:rPr>
          <w:sz w:val="24"/>
        </w:rPr>
        <w:t>- Only for as long as we need to</w:t>
      </w:r>
    </w:p>
    <w:p w14:paraId="162771D8" w14:textId="77777777" w:rsidR="00D24D6D" w:rsidRDefault="00EE6200">
      <w:pPr>
        <w:spacing w:after="120"/>
      </w:pPr>
      <w:r>
        <w:rPr>
          <w:sz w:val="24"/>
        </w:rPr>
        <w:t>- As required by the law</w:t>
      </w:r>
    </w:p>
    <w:p w14:paraId="0247276A" w14:textId="77777777" w:rsidR="00D24D6D" w:rsidRDefault="00D24D6D">
      <w:pPr>
        <w:spacing w:after="120"/>
      </w:pPr>
    </w:p>
    <w:p w14:paraId="7EBFCCF8" w14:textId="77777777" w:rsidR="00D24D6D" w:rsidRDefault="00EE6200">
      <w:pPr>
        <w:spacing w:after="120"/>
      </w:pPr>
      <w:r>
        <w:rPr>
          <w:sz w:val="24"/>
        </w:rPr>
        <w:t>When we no longer need your information, we will delete it safely.</w:t>
      </w:r>
    </w:p>
    <w:p w14:paraId="3FE36451" w14:textId="77777777" w:rsidR="00D24D6D" w:rsidRDefault="00EE6200">
      <w:r>
        <w:rPr>
          <w:b/>
          <w:sz w:val="28"/>
        </w:rPr>
        <w:t>Your rights</w:t>
      </w:r>
    </w:p>
    <w:p w14:paraId="118C5923" w14:textId="77777777" w:rsidR="00D24D6D" w:rsidRDefault="00EE6200">
      <w:pPr>
        <w:spacing w:after="120"/>
      </w:pPr>
      <w:r>
        <w:rPr>
          <w:sz w:val="24"/>
        </w:rPr>
        <w:t>You have the right to:</w:t>
      </w:r>
    </w:p>
    <w:p w14:paraId="504441CC" w14:textId="77777777" w:rsidR="00D24D6D" w:rsidRDefault="00EE6200">
      <w:pPr>
        <w:spacing w:after="120"/>
      </w:pPr>
      <w:r>
        <w:rPr>
          <w:sz w:val="24"/>
        </w:rPr>
        <w:lastRenderedPageBreak/>
        <w:t>- See the information we have about you</w:t>
      </w:r>
    </w:p>
    <w:p w14:paraId="659CFDC8" w14:textId="77777777" w:rsidR="00D24D6D" w:rsidRDefault="00EE6200">
      <w:pPr>
        <w:spacing w:after="120"/>
      </w:pPr>
      <w:r>
        <w:rPr>
          <w:sz w:val="24"/>
        </w:rPr>
        <w:t>- Ask us to correct wrong information</w:t>
      </w:r>
    </w:p>
    <w:p w14:paraId="52C0D738" w14:textId="77777777" w:rsidR="00D24D6D" w:rsidRDefault="00EE6200">
      <w:pPr>
        <w:spacing w:after="120"/>
      </w:pPr>
      <w:r>
        <w:rPr>
          <w:sz w:val="24"/>
        </w:rPr>
        <w:t>- Ask us to delete your information</w:t>
      </w:r>
    </w:p>
    <w:p w14:paraId="4B0D58F5" w14:textId="77777777" w:rsidR="00D24D6D" w:rsidRDefault="00EE6200">
      <w:pPr>
        <w:spacing w:after="120"/>
      </w:pPr>
      <w:r>
        <w:rPr>
          <w:sz w:val="24"/>
        </w:rPr>
        <w:t>- Tell us to stop using your information</w:t>
      </w:r>
    </w:p>
    <w:p w14:paraId="5A1A9222" w14:textId="77777777" w:rsidR="00D24D6D" w:rsidRDefault="00EE6200">
      <w:pPr>
        <w:spacing w:after="120"/>
      </w:pPr>
      <w:r>
        <w:rPr>
          <w:sz w:val="24"/>
        </w:rPr>
        <w:t>- Change your mind and take back your permission</w:t>
      </w:r>
    </w:p>
    <w:p w14:paraId="4865081B" w14:textId="77777777" w:rsidR="00D24D6D" w:rsidRDefault="00D24D6D">
      <w:pPr>
        <w:spacing w:after="120"/>
      </w:pPr>
    </w:p>
    <w:p w14:paraId="66F4C0E8" w14:textId="77777777" w:rsidR="00D24D6D" w:rsidRDefault="00EE6200">
      <w:pPr>
        <w:spacing w:after="120"/>
      </w:pPr>
      <w:r>
        <w:rPr>
          <w:sz w:val="24"/>
        </w:rPr>
        <w:t xml:space="preserve">You can contact us anytime to ask </w:t>
      </w:r>
      <w:proofErr w:type="gramStart"/>
      <w:r>
        <w:rPr>
          <w:sz w:val="24"/>
        </w:rPr>
        <w:t>about</w:t>
      </w:r>
      <w:proofErr w:type="gramEnd"/>
      <w:r>
        <w:rPr>
          <w:sz w:val="24"/>
        </w:rPr>
        <w:t xml:space="preserve"> your information.</w:t>
      </w:r>
    </w:p>
    <w:p w14:paraId="569980F6" w14:textId="77777777" w:rsidR="00D24D6D" w:rsidRDefault="00D24D6D">
      <w:pPr>
        <w:spacing w:after="120"/>
      </w:pPr>
    </w:p>
    <w:p w14:paraId="59F540CC" w14:textId="77777777" w:rsidR="00D24D6D" w:rsidRDefault="00EE6200">
      <w:pPr>
        <w:spacing w:after="120"/>
      </w:pPr>
      <w:r>
        <w:rPr>
          <w:sz w:val="24"/>
        </w:rPr>
        <w:t>If you are unhappy about how we use your information, you can also contact:</w:t>
      </w:r>
    </w:p>
    <w:p w14:paraId="30C3AD60" w14:textId="77777777" w:rsidR="00D24D6D" w:rsidRDefault="00EE6200">
      <w:pPr>
        <w:spacing w:after="120"/>
      </w:pPr>
      <w:r>
        <w:rPr>
          <w:sz w:val="24"/>
        </w:rPr>
        <w:t>The Information Commissioner’s Office (ICO)</w:t>
      </w:r>
    </w:p>
    <w:p w14:paraId="5DDEF87E" w14:textId="77777777" w:rsidR="00D24D6D" w:rsidRDefault="00EE6200">
      <w:pPr>
        <w:spacing w:after="120"/>
      </w:pPr>
      <w:r>
        <w:rPr>
          <w:sz w:val="24"/>
        </w:rPr>
        <w:t>Website: https://ico.org.uk</w:t>
      </w:r>
    </w:p>
    <w:p w14:paraId="4DEFD197" w14:textId="77777777" w:rsidR="00D24D6D" w:rsidRDefault="00EE6200">
      <w:pPr>
        <w:spacing w:after="120"/>
      </w:pPr>
      <w:r>
        <w:rPr>
          <w:sz w:val="24"/>
        </w:rPr>
        <w:t>Helpline: 0303 123 1113</w:t>
      </w:r>
    </w:p>
    <w:p w14:paraId="04486334" w14:textId="77777777" w:rsidR="00D24D6D" w:rsidRDefault="00D24D6D"/>
    <w:p w14:paraId="68127118" w14:textId="77777777" w:rsidR="00D24D6D" w:rsidRDefault="00EE6200">
      <w:r>
        <w:rPr>
          <w:b/>
          <w:sz w:val="28"/>
        </w:rPr>
        <w:t>Cookies</w:t>
      </w:r>
    </w:p>
    <w:p w14:paraId="26899032" w14:textId="77777777" w:rsidR="00D24D6D" w:rsidRDefault="00EE6200">
      <w:pPr>
        <w:spacing w:after="120"/>
      </w:pPr>
      <w:r>
        <w:rPr>
          <w:sz w:val="24"/>
        </w:rPr>
        <w:t xml:space="preserve">When you visit our website, we may use cookies (small text files) </w:t>
      </w:r>
      <w:proofErr w:type="gramStart"/>
      <w:r>
        <w:rPr>
          <w:sz w:val="24"/>
        </w:rPr>
        <w:t>to</w:t>
      </w:r>
      <w:proofErr w:type="gramEnd"/>
      <w:r>
        <w:rPr>
          <w:sz w:val="24"/>
        </w:rPr>
        <w:t>:</w:t>
      </w:r>
    </w:p>
    <w:p w14:paraId="066D85EA" w14:textId="77777777" w:rsidR="00D24D6D" w:rsidRDefault="00EE6200">
      <w:pPr>
        <w:spacing w:after="120"/>
      </w:pPr>
      <w:r>
        <w:rPr>
          <w:sz w:val="24"/>
        </w:rPr>
        <w:t>- Help the website work</w:t>
      </w:r>
    </w:p>
    <w:p w14:paraId="32B71AE1" w14:textId="77777777" w:rsidR="00D24D6D" w:rsidRDefault="00EE6200">
      <w:pPr>
        <w:spacing w:after="120"/>
      </w:pPr>
      <w:r>
        <w:rPr>
          <w:sz w:val="24"/>
        </w:rPr>
        <w:t>- Understand how people use the website</w:t>
      </w:r>
    </w:p>
    <w:p w14:paraId="358EFE69" w14:textId="77777777" w:rsidR="00D24D6D" w:rsidRDefault="00EE6200">
      <w:pPr>
        <w:spacing w:after="120"/>
      </w:pPr>
      <w:r>
        <w:rPr>
          <w:sz w:val="24"/>
        </w:rPr>
        <w:t>- Remember your choices</w:t>
      </w:r>
    </w:p>
    <w:p w14:paraId="49C2BF5C" w14:textId="77777777" w:rsidR="00D24D6D" w:rsidRDefault="00D24D6D">
      <w:pPr>
        <w:spacing w:after="120"/>
      </w:pPr>
    </w:p>
    <w:p w14:paraId="4F34159F" w14:textId="77777777" w:rsidR="00D24D6D" w:rsidRDefault="00EE6200">
      <w:pPr>
        <w:spacing w:after="120"/>
      </w:pPr>
      <w:r>
        <w:rPr>
          <w:sz w:val="24"/>
        </w:rPr>
        <w:t>You can choose to accept or reject cookies when you visit the website.</w:t>
      </w:r>
    </w:p>
    <w:p w14:paraId="1C2E4F81" w14:textId="77777777" w:rsidR="00D24D6D" w:rsidRDefault="00D24D6D"/>
    <w:p w14:paraId="37ACBA11" w14:textId="77777777" w:rsidR="00D24D6D" w:rsidRDefault="00EE6200">
      <w:r>
        <w:rPr>
          <w:b/>
          <w:sz w:val="28"/>
        </w:rPr>
        <w:t>Updates</w:t>
      </w:r>
    </w:p>
    <w:p w14:paraId="786AEC79" w14:textId="77777777" w:rsidR="00D24D6D" w:rsidRDefault="00EE6200">
      <w:pPr>
        <w:spacing w:after="120"/>
      </w:pPr>
      <w:r>
        <w:rPr>
          <w:sz w:val="24"/>
        </w:rPr>
        <w:t>We may change this notice from time to time.</w:t>
      </w:r>
    </w:p>
    <w:p w14:paraId="238C88DB" w14:textId="29E9A81B" w:rsidR="00D24D6D" w:rsidRDefault="00EE6200" w:rsidP="00DD7FB0">
      <w:pPr>
        <w:spacing w:after="120"/>
      </w:pPr>
      <w:r>
        <w:rPr>
          <w:sz w:val="24"/>
        </w:rPr>
        <w:t>You can always find the latest version on our website.</w:t>
      </w:r>
    </w:p>
    <w:sectPr w:rsidR="00D24D6D" w:rsidSect="00034616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7E6D1" w14:textId="77777777" w:rsidR="00EE6200" w:rsidRDefault="00EE6200" w:rsidP="00174DEC">
      <w:pPr>
        <w:spacing w:after="0" w:line="240" w:lineRule="auto"/>
      </w:pPr>
      <w:r>
        <w:separator/>
      </w:r>
    </w:p>
  </w:endnote>
  <w:endnote w:type="continuationSeparator" w:id="0">
    <w:p w14:paraId="2223E04D" w14:textId="77777777" w:rsidR="00EE6200" w:rsidRDefault="00EE6200" w:rsidP="001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9CAE4" w14:textId="77777777" w:rsidR="00EE6200" w:rsidRDefault="00EE6200" w:rsidP="00174DEC">
      <w:pPr>
        <w:spacing w:after="0" w:line="240" w:lineRule="auto"/>
      </w:pPr>
      <w:r>
        <w:separator/>
      </w:r>
    </w:p>
  </w:footnote>
  <w:footnote w:type="continuationSeparator" w:id="0">
    <w:p w14:paraId="1EA79FFB" w14:textId="77777777" w:rsidR="00EE6200" w:rsidRDefault="00EE6200" w:rsidP="001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D5C02" w14:textId="4D6B3A41" w:rsidR="00174DEC" w:rsidRDefault="00174DEC" w:rsidP="00174DEC">
    <w:pPr>
      <w:pStyle w:val="Header"/>
      <w:jc w:val="right"/>
    </w:pPr>
    <w:r>
      <w:rPr>
        <w:noProof/>
      </w:rPr>
      <w:drawing>
        <wp:inline distT="0" distB="0" distL="0" distR="0" wp14:anchorId="25A6B06C" wp14:editId="15FEC99B">
          <wp:extent cx="1135380" cy="1135380"/>
          <wp:effectExtent l="0" t="0" r="0" b="0"/>
          <wp:docPr id="541384329" name="Picture 1" descr="A logo of a tree with birds and a hear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384329" name="Picture 1" descr="A logo of a tree with birds and a hear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5391" cy="1135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0228514">
    <w:abstractNumId w:val="8"/>
  </w:num>
  <w:num w:numId="2" w16cid:durableId="1393389405">
    <w:abstractNumId w:val="6"/>
  </w:num>
  <w:num w:numId="3" w16cid:durableId="1814977653">
    <w:abstractNumId w:val="5"/>
  </w:num>
  <w:num w:numId="4" w16cid:durableId="477917797">
    <w:abstractNumId w:val="4"/>
  </w:num>
  <w:num w:numId="5" w16cid:durableId="1350133452">
    <w:abstractNumId w:val="7"/>
  </w:num>
  <w:num w:numId="6" w16cid:durableId="1684237035">
    <w:abstractNumId w:val="3"/>
  </w:num>
  <w:num w:numId="7" w16cid:durableId="1328752715">
    <w:abstractNumId w:val="2"/>
  </w:num>
  <w:num w:numId="8" w16cid:durableId="411778454">
    <w:abstractNumId w:val="1"/>
  </w:num>
  <w:num w:numId="9" w16cid:durableId="102328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67DF5"/>
    <w:rsid w:val="00174DEC"/>
    <w:rsid w:val="0022722F"/>
    <w:rsid w:val="0029639D"/>
    <w:rsid w:val="002C23C8"/>
    <w:rsid w:val="00326F90"/>
    <w:rsid w:val="00592904"/>
    <w:rsid w:val="0064020D"/>
    <w:rsid w:val="0071314E"/>
    <w:rsid w:val="0079492E"/>
    <w:rsid w:val="00981823"/>
    <w:rsid w:val="00AA1D8D"/>
    <w:rsid w:val="00B47730"/>
    <w:rsid w:val="00C10E4A"/>
    <w:rsid w:val="00C74E0B"/>
    <w:rsid w:val="00CB0664"/>
    <w:rsid w:val="00D24D6D"/>
    <w:rsid w:val="00D5758A"/>
    <w:rsid w:val="00DD7FB0"/>
    <w:rsid w:val="00EE6200"/>
    <w:rsid w:val="00FC693F"/>
    <w:rsid w:val="00FD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60E8D9"/>
  <w14:defaultImageDpi w14:val="300"/>
  <w15:docId w15:val="{1893EEDA-0665-4727-A596-F7FF6D1B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464</Words>
  <Characters>2646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Hannah Ashford</cp:lastModifiedBy>
  <cp:revision>2</cp:revision>
  <dcterms:created xsi:type="dcterms:W3CDTF">2025-04-04T12:55:00Z</dcterms:created>
  <dcterms:modified xsi:type="dcterms:W3CDTF">2025-04-04T12:55:00Z</dcterms:modified>
  <cp:category/>
</cp:coreProperties>
</file>